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נפילת רומא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נפילת האימפריה הרומית ותחילת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עקרונות שיטת הפאודליזם ומעמדות החברה 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מפתח הקשורים לכנסייה ולחיי הדת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476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מתן קרקע בתמורה לנאמנות ושירות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שימור כתבים וידע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נפילתה ב-476 מסמנת את תחילת ימי הביניים.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לכנסייה היה כוח רב בחיי הדת, החברה והפוליטיקה.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האבירים שירתו את האדון בתמורה לקרקע.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התקופה נמשכה מהמאה ה-5 עד המאה ה-15 לערך.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1. 476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נזירים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(ראש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(אדם המתגורר במנזר ומשמר 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(לוחם המשרת אדון פאודלי)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(איכר הקשור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(שיטה חברתית של קרקע בתמורה לנאמנות)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האימפריה הרומית שולטת על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הנצרות הופכת לדת הרשמית באימפריה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נפילת רומא המערבית (476)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תחילת ימי הביניים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התבססות שיטת הפאודליזם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נפילת רומא ב-476 מסמנת את סיום העת העתיקה ותחילת ימי הביניים באירופה.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הצמיתים היו איכרים שעבדו את האדמה ולא יכלו לעזוב אותה, בתמורה להגנת האדון.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476 לספירה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שיטה של קרקע בתמורה לנאמנות ושירות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הנזירים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כהכנה למשחק חדר הבריחה לפני פתיחת המנעול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מושג 'ימי הביניים' כתקופת ביניים בין העת העתיקה לעת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כדי לעודד 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נפילת רומא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הדף הזה עוזר לכם להתכונן למשחק על ימי הביניים. נלמד מתי האימפריה הרומית נפלה ואיך אנשים חיו אחרי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אימפריה רומית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ממלכה גדולה ששלטה על חלקים נרחבים מאירופה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ימי הביניים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היסטורית בין העת העתיקה לעת החדשה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פאודליזם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חברתית של קרקע בתמורה לנאמנות ושירות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אפיפיור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הכנסייה הקתולית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נזיר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שחי במנזר ושימר כתבים וידע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לוחם ששירת אדון פאודלי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איכר שהיה קשור לאדמת אדונו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מוסד דתי בעל השפעה רבה בימי הביניים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נפלה רומא?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476 לספירה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1000 לספירה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לפני הספירה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1492 לספירה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פאודליזם?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קרקע בתמורה לנאמנות ושירות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שיטת מסחר 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צורת ממשל דמוקרטית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שיטת מיסוי מודרנית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ניהל את הכנסייה?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הנזירים?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לחימה בקרבות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שימור כתבים וידע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מסחר בין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טירות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קראו לאיכר הקשור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אפיפיור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הרומית המערבית נפלה לפני תחילת ימי הביניים.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בימי הביניים לכנסייה לא היה כוח כלל בחיי האנשים.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אבירים היו לוחמים שהגנו על אדוניהם הפאודליים.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נמשכו כאלף שנה בערך.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האימפריה הרומית המערבית נפלה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ימי הביניים התרחשו באירופה בין המאה ה-5 למאה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ראש הכנסייה הקתולית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אנשים שהתגוררו במנזרים ועסקו בשמירת כתבים נקראו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לוחם המשרת אדון פאודלי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שיטה חברתית של קרקע בתמורה לנאמנות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המתגורר במנזר ומשמר 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פאודליזם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איכר הקשור לאדמה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רומא המערבית (476)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ימי הביניים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התבססות שיטת הפאודליזם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הופכת לדת הרשמית באימפריה הרומית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הרומית שולטת על 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מה הקשר בין נפילת האימפריה הרומית לתחילת ימי הביניים.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את מעמד הצמיתים בשיטה הפאודלית.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נפלה האימפריה הרומית המערבית?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שיטת הפאודליזם?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אחראי על שימור הידע במנזרים בימי הביניים?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נפילת רומא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