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נפילת האימפריה הרומית ותחילת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שיטת הפאודליזם ומעמדות החברה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הקשורים לכנסייה ולחיי הדת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476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נפילתה ב-476 מסמנת את תחילת ימי הביניים.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האבירים שירתו את האדון בתמורה לקרקע.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 המתגורר במנזר ומשמר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(לוחם המשרת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(איכר הקשור לאדמה)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האימפריה הרומית שולטת על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ימי הביניים באירופה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ב-476 מסמנת את סיום העת העתיקה ותחילת ימי הביניים באירופה.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476 לספירה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של קרקע בתמורה לנאמנות ושירות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הנזירים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למשחק חדר הבריחה לפני פתיחת המנעול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מושג 'ימי הביניים' כתקופת ביניים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מלווה את משחק חדר הבריחה 'הספרייה העתיקה' ועוסק בנפילת האימפריה הרומית, תחילת ימי הביניים והמבנה החברתי של התקופה.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476  ·  אפיפיור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נפלה האימפריה הרומית המערבית?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476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1000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 לפני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הנזיר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האימפריה הרומית המערבית נפלה לפני תחילת ימי הביניים.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אבירים היו לוחמים שהגנו על אדוניהם הפאודליים.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האימפריה הרומית המערבית נפלה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ראש הכנסייה הקתולית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 המתגורר במנזר ומשמר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איכר הקשור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לוחם המשרת אדון פאודלי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האימפריה הרומית שולטת על 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רומא המערבית (476)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מה הקשר בין נפילת האימפריה הרומית לתחילת ימי הביניים.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נפלה האימפריה הרומית המערבית?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נפילת רומא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